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Persuasive speech outline</w:t>
      </w:r>
    </w:p>
    <w:p>
      <w:r>
        <w:t>Word budgets are for a 5-minute speech at 140 words per minute.</w:t>
      </w:r>
    </w:p>
    <w:p>
      <w:pPr>
        <w:pStyle w:val="Heading2"/>
      </w:pPr>
      <w:r>
        <w:t>Hook (about 70 words)</w:t>
      </w:r>
    </w:p>
    <w:p>
      <w:r>
        <w:t>[A question, a short story or a bold statement that makes the room lean in]</w:t>
      </w:r>
    </w:p>
    <w:p>
      <w:pPr>
        <w:pStyle w:val="Heading2"/>
      </w:pPr>
      <w:r>
        <w:t>Thesis (about 70 words)</w:t>
      </w:r>
    </w:p>
    <w:p>
      <w:r>
        <w:t>[Your position in one sentence]</w:t>
      </w:r>
    </w:p>
    <w:p>
      <w:r>
        <w:t>[The three reasons you'll prove it]</w:t>
      </w:r>
    </w:p>
    <w:p>
      <w:pPr>
        <w:pStyle w:val="Heading2"/>
      </w:pPr>
      <w:r>
        <w:t>Point 1 and evidence (about 126 words)</w:t>
      </w:r>
    </w:p>
    <w:p>
      <w:r>
        <w:t>[Your strongest reason]</w:t>
      </w:r>
    </w:p>
    <w:p>
      <w:r>
        <w:t>[An example, fact or story that backs it up]</w:t>
      </w:r>
    </w:p>
    <w:p>
      <w:r>
        <w:t>[Why it matters to this audience]</w:t>
      </w:r>
    </w:p>
    <w:p>
      <w:pPr>
        <w:pStyle w:val="Heading2"/>
      </w:pPr>
      <w:r>
        <w:t>Point 2 and evidence (about 126 words)</w:t>
      </w:r>
    </w:p>
    <w:p>
      <w:r>
        <w:t>[Your second reason]</w:t>
      </w:r>
    </w:p>
    <w:p>
      <w:r>
        <w:t>[The proof]</w:t>
      </w:r>
    </w:p>
    <w:p>
      <w:r>
        <w:t>[How it ties back to your thesis]</w:t>
      </w:r>
    </w:p>
    <w:p>
      <w:pPr>
        <w:pStyle w:val="Heading2"/>
      </w:pPr>
      <w:r>
        <w:t>Point 3 and evidence (about 126 words)</w:t>
      </w:r>
    </w:p>
    <w:p>
      <w:r>
        <w:t>[Your third reason]</w:t>
      </w:r>
    </w:p>
    <w:p>
      <w:r>
        <w:t>[The proof]</w:t>
      </w:r>
    </w:p>
    <w:p>
      <w:r>
        <w:t>[A picture of what changes if they agree with you]</w:t>
      </w:r>
    </w:p>
    <w:p>
      <w:pPr>
        <w:pStyle w:val="Heading2"/>
      </w:pPr>
      <w:r>
        <w:t>Counterargument (about 91 words)</w:t>
      </w:r>
    </w:p>
    <w:p>
      <w:r>
        <w:t>[The best objection someone in the room would raise]</w:t>
      </w:r>
    </w:p>
    <w:p>
      <w:r>
        <w:t>[Your fair, direct answer to it]</w:t>
      </w:r>
    </w:p>
    <w:p>
      <w:pPr>
        <w:pStyle w:val="Heading2"/>
      </w:pPr>
      <w:r>
        <w:t>Call to action (about 91 words)</w:t>
      </w:r>
    </w:p>
    <w:p>
      <w:r>
        <w:t>[The one thing you want the audience to do]</w:t>
      </w:r>
    </w:p>
    <w:p>
      <w:r>
        <w:t>[When and how they can do it]</w:t>
      </w:r>
    </w:p>
    <w:p>
      <w:r>
        <w:t>[A closing line that echoes your hook]</w:t>
      </w:r>
    </w:p>
    <w:p>
      <w:r>
        <w:t>Time your finished speech free at script-timer.com.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