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Informative speech outline</w:t>
      </w:r>
    </w:p>
    <w:p>
      <w:r>
        <w:t>Word budgets are for a 5-minute speech at 140 words per minute.</w:t>
      </w:r>
    </w:p>
    <w:p>
      <w:pPr>
        <w:pStyle w:val="Heading2"/>
      </w:pPr>
      <w:r>
        <w:t>Hook (about 70 words)</w:t>
      </w:r>
    </w:p>
    <w:p>
      <w:r>
        <w:t>[A surprising question or image that opens the topic]</w:t>
      </w:r>
    </w:p>
    <w:p>
      <w:pPr>
        <w:pStyle w:val="Heading2"/>
      </w:pPr>
      <w:r>
        <w:t>Thesis (about 70 words)</w:t>
      </w:r>
    </w:p>
    <w:p>
      <w:r>
        <w:t>[What you'll explain, in one sentence]</w:t>
      </w:r>
    </w:p>
    <w:p>
      <w:r>
        <w:t>[A quick preview of your three main points]</w:t>
      </w:r>
    </w:p>
    <w:p>
      <w:pPr>
        <w:pStyle w:val="Heading2"/>
      </w:pPr>
      <w:r>
        <w:t>Main point 1 (about 154 words)</w:t>
      </w:r>
    </w:p>
    <w:p>
      <w:r>
        <w:t>[First idea]</w:t>
      </w:r>
    </w:p>
    <w:p>
      <w:r>
        <w:t>[An example or explanation]</w:t>
      </w:r>
    </w:p>
    <w:p>
      <w:r>
        <w:t>[Transition to the next point]</w:t>
      </w:r>
    </w:p>
    <w:p>
      <w:pPr>
        <w:pStyle w:val="Heading2"/>
      </w:pPr>
      <w:r>
        <w:t>Main point 2 (about 154 words)</w:t>
      </w:r>
    </w:p>
    <w:p>
      <w:r>
        <w:t>[Second idea]</w:t>
      </w:r>
    </w:p>
    <w:p>
      <w:r>
        <w:t>[An example or explanation]</w:t>
      </w:r>
    </w:p>
    <w:p>
      <w:r>
        <w:t>[Transition to the next point]</w:t>
      </w:r>
    </w:p>
    <w:p>
      <w:pPr>
        <w:pStyle w:val="Heading2"/>
      </w:pPr>
      <w:r>
        <w:t>Main point 3 (about 154 words)</w:t>
      </w:r>
    </w:p>
    <w:p>
      <w:r>
        <w:t>[Third idea]</w:t>
      </w:r>
    </w:p>
    <w:p>
      <w:r>
        <w:t>[An example or explanation]</w:t>
      </w:r>
    </w:p>
    <w:p>
      <w:pPr>
        <w:pStyle w:val="Heading2"/>
      </w:pPr>
      <w:r>
        <w:t>Summary (about 56 words)</w:t>
      </w:r>
    </w:p>
    <w:p>
      <w:r>
        <w:t>[One line per main point, in the same order]</w:t>
      </w:r>
    </w:p>
    <w:p>
      <w:pPr>
        <w:pStyle w:val="Heading2"/>
      </w:pPr>
      <w:r>
        <w:t>Close (about 42 words)</w:t>
      </w:r>
    </w:p>
    <w:p>
      <w:r>
        <w:t>[A final thought or image the audience will remember]</w:t>
      </w:r>
    </w:p>
    <w:p>
      <w:r>
        <w:t>Time your finished speech free at script-timer.com.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