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Podcast script template</w:t>
      </w:r>
    </w:p>
    <w:p>
      <w:r>
        <w:t>Show: [Show name]    Episode: [Number and title]    Length: about 30 minutes</w:t>
      </w:r>
    </w:p>
    <w:p>
      <w:pPr>
        <w:pStyle w:val="Heading2"/>
      </w:pPr>
      <w:r>
        <w:t>Cold open (0:30)</w:t>
      </w:r>
    </w:p>
    <w:p>
      <w:r>
        <w:t>[One surprising line from later in the episode]</w:t>
      </w:r>
    </w:p>
    <w:p>
      <w:r>
        <w:t>[Why it matters to the listener, in one sentence]</w:t>
      </w:r>
    </w:p>
    <w:p>
      <w:pPr>
        <w:pStyle w:val="Heading2"/>
      </w:pPr>
      <w:r>
        <w:t>Intro and theme (1:00)</w:t>
      </w:r>
    </w:p>
    <w:p>
      <w:r>
        <w:t>[Show name] is the show where [who it's for] learn [what they get].</w:t>
      </w:r>
    </w:p>
    <w:p>
      <w:r>
        <w:t>I'm [host name], [one-line reason to trust you].</w:t>
      </w:r>
    </w:p>
    <w:p>
      <w:pPr>
        <w:pStyle w:val="Heading2"/>
      </w:pPr>
      <w:r>
        <w:t>Episode setup (1:30)</w:t>
      </w:r>
    </w:p>
    <w:p>
      <w:r>
        <w:t>Today we're tackling [episode topic].</w:t>
      </w:r>
    </w:p>
    <w:p>
      <w:r>
        <w:t>By the end, you'll know [the one takeaway].</w:t>
      </w:r>
    </w:p>
    <w:p>
      <w:r>
        <w:t>[Guest name and why they're here, if it's an interview]</w:t>
      </w:r>
    </w:p>
    <w:p>
      <w:pPr>
        <w:pStyle w:val="Heading2"/>
      </w:pPr>
      <w:r>
        <w:t>Segment 1 (9:00)</w:t>
      </w:r>
    </w:p>
    <w:p>
      <w:r>
        <w:t>[First main point or first big question]</w:t>
      </w:r>
    </w:p>
    <w:p>
      <w:r>
        <w:t>[Story or example that proves it]</w:t>
      </w:r>
    </w:p>
    <w:p>
      <w:r>
        <w:t>[What the listener should do with it]</w:t>
      </w:r>
    </w:p>
    <w:p>
      <w:pPr>
        <w:pStyle w:val="Heading2"/>
      </w:pPr>
      <w:r>
        <w:t>Ad read (1:00)</w:t>
      </w:r>
    </w:p>
    <w:p>
      <w:r>
        <w:t>This episode is brought to you by [Sponsor name].</w:t>
      </w:r>
    </w:p>
    <w:p>
      <w:r>
        <w:t>[The problem Sponsor name solves, in the listener's words]</w:t>
      </w:r>
    </w:p>
    <w:p>
      <w:r>
        <w:t>Go to [sponsor URL] and use code [promo code] for [offer].</w:t>
      </w:r>
    </w:p>
    <w:p>
      <w:pPr>
        <w:pStyle w:val="Heading2"/>
      </w:pPr>
      <w:r>
        <w:t>Segment 2 (9:00)</w:t>
      </w:r>
    </w:p>
    <w:p>
      <w:r>
        <w:t>[Second main point or the deeper question]</w:t>
      </w:r>
    </w:p>
    <w:p>
      <w:r>
        <w:t>[A common mistake or counterpoint]</w:t>
      </w:r>
    </w:p>
    <w:p>
      <w:r>
        <w:t>[One practical step the listener can take this week]</w:t>
      </w:r>
    </w:p>
    <w:p>
      <w:pPr>
        <w:pStyle w:val="Heading2"/>
      </w:pPr>
      <w:r>
        <w:t>Listener question (3:30)</w:t>
      </w:r>
    </w:p>
    <w:p>
      <w:r>
        <w:t>[Listener first name] from [city] asks, [their question].</w:t>
      </w:r>
    </w:p>
    <w:p>
      <w:r>
        <w:t>[Your straight answer]</w:t>
      </w:r>
    </w:p>
    <w:p>
      <w:r>
        <w:t>[How listeners can send in their own question]</w:t>
      </w:r>
    </w:p>
    <w:p>
      <w:pPr>
        <w:pStyle w:val="Heading2"/>
      </w:pPr>
      <w:r>
        <w:t>Recap (2:00)</w:t>
      </w:r>
    </w:p>
    <w:p>
      <w:r>
        <w:t>[Takeaway 1]</w:t>
      </w:r>
    </w:p>
    <w:p>
      <w:r>
        <w:t>[Takeaway 2]</w:t>
      </w:r>
    </w:p>
    <w:p>
      <w:r>
        <w:t>[Takeaway 3]</w:t>
      </w:r>
    </w:p>
    <w:p>
      <w:pPr>
        <w:pStyle w:val="Heading2"/>
      </w:pPr>
      <w:r>
        <w:t>Call to action (1:00)</w:t>
      </w:r>
    </w:p>
    <w:p>
      <w:r>
        <w:t>If this episode helped, [one action, like follow, review or share].</w:t>
      </w:r>
    </w:p>
    <w:p>
      <w:r>
        <w:t>[Where to find the show notes or resources]</w:t>
      </w:r>
    </w:p>
    <w:p>
      <w:pPr>
        <w:pStyle w:val="Heading2"/>
      </w:pPr>
      <w:r>
        <w:t>Outro (1:30)</w:t>
      </w:r>
    </w:p>
    <w:p>
      <w:r>
        <w:t>Next week, [teaser for the next episode].</w:t>
      </w:r>
    </w:p>
    <w:p>
      <w:r>
        <w:t>Thanks to [guest or team]. I'm [host name], and this has been [show name].</w:t>
      </w:r>
    </w:p>
    <w:p>
      <w:r>
        <w:t>Time your finished script free at script-timer.com.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